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70F7" w14:textId="6D96518A" w:rsidR="00622C05" w:rsidRPr="00ED57DA" w:rsidRDefault="00314F92" w:rsidP="001D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OŚWIADCZENIE AUTORA/AUTORÓW</w:t>
      </w:r>
      <w:r w:rsidR="004105C4" w:rsidRPr="00ED57DA">
        <w:rPr>
          <w:rFonts w:ascii="Times New Roman" w:hAnsi="Times New Roman" w:cs="Times New Roman"/>
          <w:b/>
          <w:sz w:val="24"/>
          <w:szCs w:val="24"/>
          <w:lang w:val="pl-PL"/>
        </w:rPr>
        <w:t>*</w:t>
      </w: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br/>
        <w:t>DOTYCZĄCE WYKORZYSTANIA NARZĘDZI SZTUCZNEJ INTELIGENCJI</w:t>
      </w:r>
    </w:p>
    <w:p w14:paraId="382717E9" w14:textId="77777777" w:rsidR="001D2495" w:rsidRPr="00ED57DA" w:rsidRDefault="00314F92" w:rsidP="001D249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i/>
          <w:sz w:val="24"/>
          <w:szCs w:val="24"/>
          <w:lang w:val="pl-PL"/>
        </w:rPr>
        <w:t xml:space="preserve">w procesie przygotowania artykułu do czasopisma </w:t>
      </w:r>
    </w:p>
    <w:p w14:paraId="7D668AF2" w14:textId="0B7C3C6F" w:rsidR="00622C05" w:rsidRPr="00ED57DA" w:rsidRDefault="00314F92" w:rsidP="001D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i/>
          <w:sz w:val="24"/>
          <w:szCs w:val="24"/>
          <w:lang w:val="pl-PL"/>
        </w:rPr>
        <w:t>„Niepełnosprawność. Dyskursy Pedagogiki Specjalnej”</w:t>
      </w:r>
    </w:p>
    <w:p w14:paraId="61ED503C" w14:textId="77777777" w:rsidR="00622C05" w:rsidRPr="00ED57DA" w:rsidRDefault="00622C05" w:rsidP="001D24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BB1F839" w14:textId="549789E7" w:rsidR="00622C05" w:rsidRPr="00ED57DA" w:rsidRDefault="00314F92" w:rsidP="001D249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Tytuł artykułu: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D2495" w:rsidRPr="00ED57D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</w:t>
      </w:r>
      <w:proofErr w:type="gramStart"/>
      <w:r w:rsidR="001D2495" w:rsidRPr="00ED57DA">
        <w:rPr>
          <w:rFonts w:ascii="Times New Roman" w:hAnsi="Times New Roman" w:cs="Times New Roman"/>
          <w:sz w:val="24"/>
          <w:szCs w:val="24"/>
          <w:lang w:val="pl-PL"/>
        </w:rPr>
        <w:t>…….</w:t>
      </w:r>
      <w:proofErr w:type="gramEnd"/>
      <w:r w:rsidR="001D2495" w:rsidRPr="00ED57D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C1D0E87" w14:textId="3173D599" w:rsidR="001D2495" w:rsidRPr="00ED57DA" w:rsidRDefault="001D2495" w:rsidP="001D249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……………………………………………………………………………………………………….</w:t>
      </w:r>
    </w:p>
    <w:p w14:paraId="2DD167B9" w14:textId="11EEBBFC" w:rsidR="00622C05" w:rsidRPr="00ED57DA" w:rsidRDefault="00314F92" w:rsidP="001D249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Imię i nazwisko autora/autorki / autorów: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D2495" w:rsidRPr="00ED57D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</w:t>
      </w:r>
    </w:p>
    <w:p w14:paraId="6794C0BD" w14:textId="79FEB853" w:rsidR="00622C05" w:rsidRPr="00ED57DA" w:rsidRDefault="001D249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……………………………………………………………………………………………………….</w:t>
      </w:r>
    </w:p>
    <w:p w14:paraId="50B30C91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1. Deklaracja dotycząca wykorzystania AI</w:t>
      </w:r>
    </w:p>
    <w:p w14:paraId="7FF604D1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i/>
          <w:sz w:val="24"/>
          <w:szCs w:val="24"/>
          <w:lang w:val="pl-PL"/>
        </w:rPr>
        <w:t>Proszę zaznaczyć właściwą odpowiedź:</w:t>
      </w:r>
    </w:p>
    <w:p w14:paraId="1C23C695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W przygotowaniu artykułu </w:t>
      </w:r>
      <w:r w:rsidRPr="00ED57DA">
        <w:rPr>
          <w:rFonts w:ascii="Times New Roman" w:hAnsi="Times New Roman" w:cs="Times New Roman"/>
          <w:b/>
          <w:bCs/>
          <w:sz w:val="24"/>
          <w:szCs w:val="24"/>
          <w:lang w:val="pl-PL"/>
        </w:rPr>
        <w:t>nie korzystano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z narzędzi generatywnej sztucznej inteligencji w sposób mający wpływ na treść, analizę, interpretację lub strukturę artykułu.</w:t>
      </w:r>
    </w:p>
    <w:p w14:paraId="2385F0F6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W przygotowaniu artykułu </w:t>
      </w:r>
      <w:r w:rsidRPr="00ED57D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korzystano 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>z narzędzi sztucznej inteligencji. Szczegółowe informacje podano poniżej.</w:t>
      </w:r>
    </w:p>
    <w:p w14:paraId="6479D4FF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2. Informacje o wykorzystanych narzędziach AI</w:t>
      </w:r>
    </w:p>
    <w:p w14:paraId="30ED2D5A" w14:textId="109B4CE1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Nazwa narzędzia / narzędzi:</w:t>
      </w:r>
      <w:r w:rsidR="001D2495"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…………………………………………………………………………</w:t>
      </w:r>
    </w:p>
    <w:p w14:paraId="4307045A" w14:textId="390ED2C9" w:rsidR="001D2495" w:rsidRPr="00ED57DA" w:rsidRDefault="001D249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………………………………………………………………………………………………………….</w:t>
      </w:r>
    </w:p>
    <w:p w14:paraId="15F1B30F" w14:textId="20EF525C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Wersja narzędzia lub data jego użycia (jeśli możliwa do ustalenia</w:t>
      </w:r>
      <w:proofErr w:type="gramStart"/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):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D2495"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…</w:t>
      </w:r>
      <w:proofErr w:type="gramEnd"/>
      <w:r w:rsidR="001D2495" w:rsidRPr="00ED57DA">
        <w:rPr>
          <w:rFonts w:ascii="Times New Roman" w:hAnsi="Times New Roman" w:cs="Times New Roman"/>
          <w:sz w:val="24"/>
          <w:szCs w:val="24"/>
          <w:lang w:val="pl-PL"/>
        </w:rPr>
        <w:t>………………………….</w:t>
      </w:r>
    </w:p>
    <w:p w14:paraId="20172425" w14:textId="168B9284" w:rsidR="001D2495" w:rsidRPr="00ED57DA" w:rsidRDefault="001D249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………………………………………………………………………………………………………….</w:t>
      </w:r>
    </w:p>
    <w:p w14:paraId="746F065C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3. Zakres wykorzystania AI</w:t>
      </w:r>
    </w:p>
    <w:p w14:paraId="6253F54D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i/>
          <w:sz w:val="24"/>
          <w:szCs w:val="24"/>
          <w:lang w:val="pl-PL"/>
        </w:rPr>
        <w:t>Proszę zaznaczyć wszystkie właściwe odpowiedzi: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622C05" w:rsidRPr="00ED57DA" w14:paraId="0DE85B71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49F66ACE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korekta językowa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0D6C46E4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poprawa stylistyczna</w:t>
            </w:r>
          </w:p>
        </w:tc>
      </w:tr>
      <w:tr w:rsidR="00622C05" w:rsidRPr="00ED57DA" w14:paraId="3DD4F215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2608C3E3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tłumaczenie pomocnicze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394F9A08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porządkowanie struktury tekstu</w:t>
            </w:r>
          </w:p>
        </w:tc>
      </w:tr>
      <w:tr w:rsidR="00622C05" w:rsidRPr="00ED57DA" w14:paraId="30677B10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2D57ECEB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techniczne formatowanie tekstu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2128AC52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wsparcie w przygotowaniu tytułu</w:t>
            </w:r>
          </w:p>
        </w:tc>
      </w:tr>
      <w:tr w:rsidR="00622C05" w:rsidRPr="00ED57DA" w14:paraId="11233ECC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0CE8F446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wsparcie w przygotowaniu streszczenia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FEFE4A4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wsparcie w doborze lub redakcji słów kluczowych</w:t>
            </w:r>
          </w:p>
        </w:tc>
      </w:tr>
      <w:tr w:rsidR="00622C05" w:rsidRPr="00ED57DA" w14:paraId="32BB2398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102CDC13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transkrypcja materiału badawczego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24036EB7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kodowanie materiału badawczego</w:t>
            </w:r>
          </w:p>
        </w:tc>
      </w:tr>
      <w:tr w:rsidR="00622C05" w:rsidRPr="00ED57DA" w14:paraId="6A2C1649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0515223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lastRenderedPageBreak/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analiza jakościowa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AC8F356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analiza statystyczna</w:t>
            </w:r>
          </w:p>
        </w:tc>
      </w:tr>
      <w:tr w:rsidR="00622C05" w:rsidRPr="00ED57DA" w14:paraId="46F8D948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385FEBE0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klasyfikacja lub porządkowanie danych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2E8C5CB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streszczanie danych lub materiałów</w:t>
            </w:r>
          </w:p>
        </w:tc>
      </w:tr>
      <w:tr w:rsidR="00622C05" w:rsidRPr="00ED57DA" w14:paraId="7D0BE3D3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3B48582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wsparcie w interpretacji wyników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4F72AAB6" w14:textId="77777777" w:rsidR="00622C0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tworzenie lub przetwarzanie tabel, wykresów, schematów lub innych materiałów graficznych</w:t>
            </w:r>
          </w:p>
        </w:tc>
      </w:tr>
      <w:tr w:rsidR="00622C05" w:rsidRPr="00ED57DA" w14:paraId="1B55C254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1E6FFC06" w14:textId="77777777" w:rsidR="001D2495" w:rsidRPr="00ED57DA" w:rsidRDefault="00314F92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D57DA">
              <w:rPr>
                <w:rFonts w:ascii="Segoe UI Symbol" w:hAnsi="Segoe UI Symbol" w:cs="Segoe UI Symbol"/>
                <w:sz w:val="24"/>
                <w:szCs w:val="24"/>
                <w:lang w:val="pl-PL"/>
              </w:rPr>
              <w:t>☐</w:t>
            </w:r>
            <w:r w:rsidRPr="00ED57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inne (proszę określić): </w:t>
            </w:r>
          </w:p>
          <w:p w14:paraId="4C302271" w14:textId="4A8FEAB7" w:rsidR="00622C05" w:rsidRPr="00ED57DA" w:rsidRDefault="00622C0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6DA62E93" w14:textId="77777777" w:rsidR="00622C05" w:rsidRPr="00ED57DA" w:rsidRDefault="00622C0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440CCCFC" w14:textId="77777777" w:rsidR="00622C05" w:rsidRPr="00ED57DA" w:rsidRDefault="00622C0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A20A96D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4. Opis sposobu wykorzystania AI</w:t>
      </w:r>
    </w:p>
    <w:p w14:paraId="12109830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sz w:val="24"/>
          <w:szCs w:val="24"/>
          <w:lang w:val="pl-PL"/>
        </w:rPr>
        <w:t>Proszę krótko opisać, w jaki sposób i w których częściach artykułu wykorzystano wskazane narzędzie/narzędzia AI:</w:t>
      </w:r>
    </w:p>
    <w:p w14:paraId="5FE40331" w14:textId="70829B0E" w:rsidR="001D2495" w:rsidRPr="00ED57DA" w:rsidRDefault="001D2495" w:rsidP="001D249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4A0EE8" w14:textId="77777777" w:rsidR="00622C05" w:rsidRPr="00ED57DA" w:rsidRDefault="00314F9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/>
          <w:sz w:val="24"/>
          <w:szCs w:val="24"/>
          <w:lang w:val="pl-PL"/>
        </w:rPr>
        <w:t>5. Oświadczenie autora/autorów</w:t>
      </w:r>
    </w:p>
    <w:p w14:paraId="442AB0C0" w14:textId="4B0732D5" w:rsidR="00622C05" w:rsidRPr="00ED57DA" w:rsidRDefault="00314F92" w:rsidP="001D249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i/>
          <w:iCs/>
          <w:sz w:val="24"/>
          <w:szCs w:val="24"/>
          <w:lang w:val="pl-PL"/>
        </w:rPr>
        <w:t>Oświadczam/Oświadczamy</w:t>
      </w:r>
      <w:r w:rsidR="001D2495" w:rsidRPr="00ED57DA">
        <w:rPr>
          <w:rFonts w:ascii="Times New Roman" w:hAnsi="Times New Roman" w:cs="Times New Roman"/>
          <w:i/>
          <w:iCs/>
          <w:sz w:val="24"/>
          <w:szCs w:val="24"/>
          <w:lang w:val="pl-PL"/>
        </w:rPr>
        <w:t>*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, że wszystkie treści przygotowane, zmodyfikowane lub przetworzone z wykorzystaniem narzędzi sztucznej inteligencji zostały przez autora/autorów zweryfikowane. </w:t>
      </w:r>
      <w:r w:rsidRPr="00ED57DA">
        <w:rPr>
          <w:rFonts w:ascii="Times New Roman" w:hAnsi="Times New Roman" w:cs="Times New Roman"/>
          <w:i/>
          <w:iCs/>
          <w:sz w:val="24"/>
          <w:szCs w:val="24"/>
          <w:lang w:val="pl-PL"/>
        </w:rPr>
        <w:t>Autor/Autorzy</w:t>
      </w:r>
      <w:r w:rsidR="001D2495" w:rsidRPr="00ED57DA">
        <w:rPr>
          <w:rFonts w:ascii="Times New Roman" w:hAnsi="Times New Roman" w:cs="Times New Roman"/>
          <w:i/>
          <w:iCs/>
          <w:sz w:val="24"/>
          <w:szCs w:val="24"/>
          <w:lang w:val="pl-PL"/>
        </w:rPr>
        <w:t>*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ponoszą pełną odpowiedzialność za ostateczną treść artykułu, w tym za jego oryginalność, poprawność merytoryczną, metodologiczną i językową, prawidłowość </w:t>
      </w:r>
      <w:proofErr w:type="spellStart"/>
      <w:r w:rsidRPr="00ED57DA">
        <w:rPr>
          <w:rFonts w:ascii="Times New Roman" w:hAnsi="Times New Roman" w:cs="Times New Roman"/>
          <w:sz w:val="24"/>
          <w:szCs w:val="24"/>
          <w:lang w:val="pl-PL"/>
        </w:rPr>
        <w:t>cytowań</w:t>
      </w:r>
      <w:proofErr w:type="spellEnd"/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i odniesień bibliograficznych, zgodność z zasadami etyki badań naukowych oraz poszanowanie praw osób trzecich. </w:t>
      </w:r>
      <w:r w:rsidRPr="00ED57DA">
        <w:rPr>
          <w:rFonts w:ascii="Times New Roman" w:hAnsi="Times New Roman" w:cs="Times New Roman"/>
          <w:i/>
          <w:iCs/>
          <w:sz w:val="24"/>
          <w:szCs w:val="24"/>
          <w:lang w:val="pl-PL"/>
        </w:rPr>
        <w:t>Oświadczam/Oświadczamy</w:t>
      </w:r>
      <w:r w:rsidR="001D2495" w:rsidRPr="00ED57DA">
        <w:rPr>
          <w:rFonts w:ascii="Times New Roman" w:hAnsi="Times New Roman" w:cs="Times New Roman"/>
          <w:sz w:val="24"/>
          <w:szCs w:val="24"/>
          <w:lang w:val="pl-PL"/>
        </w:rPr>
        <w:t>*</w:t>
      </w:r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również, że wykorzystanie AI nie obejmowało fabrykowania danych, wyników badań, wypowiedzi uczestników, źródeł ani </w:t>
      </w:r>
      <w:proofErr w:type="spellStart"/>
      <w:r w:rsidRPr="00ED57DA">
        <w:rPr>
          <w:rFonts w:ascii="Times New Roman" w:hAnsi="Times New Roman" w:cs="Times New Roman"/>
          <w:sz w:val="24"/>
          <w:szCs w:val="24"/>
          <w:lang w:val="pl-PL"/>
        </w:rPr>
        <w:t>cytowań</w:t>
      </w:r>
      <w:proofErr w:type="spellEnd"/>
      <w:r w:rsidRPr="00ED57DA">
        <w:rPr>
          <w:rFonts w:ascii="Times New Roman" w:hAnsi="Times New Roman" w:cs="Times New Roman"/>
          <w:sz w:val="24"/>
          <w:szCs w:val="24"/>
          <w:lang w:val="pl-PL"/>
        </w:rPr>
        <w:t xml:space="preserve"> oraz że do publicznie dostępnych narzędzi AI nie przekazano danych wrażliwych, danych osobowych ani niezanonimizowanych materiałów poufnych.</w:t>
      </w:r>
    </w:p>
    <w:p w14:paraId="34CB80C1" w14:textId="28D9AF35" w:rsidR="00622C05" w:rsidRPr="00ED57DA" w:rsidRDefault="001D2495" w:rsidP="001D2495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D57DA">
        <w:rPr>
          <w:rFonts w:ascii="Times New Roman" w:hAnsi="Times New Roman" w:cs="Times New Roman"/>
          <w:sz w:val="20"/>
          <w:szCs w:val="20"/>
          <w:lang w:val="pl-PL"/>
        </w:rPr>
        <w:t>*proszę skreślić niepotrzebny wyraz</w:t>
      </w:r>
    </w:p>
    <w:p w14:paraId="7E173F21" w14:textId="60901F64" w:rsidR="00622C05" w:rsidRPr="00ED57DA" w:rsidRDefault="00314F92">
      <w:pPr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Miejscowość i data: </w:t>
      </w:r>
    </w:p>
    <w:p w14:paraId="5CDDDF14" w14:textId="71947A8C" w:rsidR="00622C05" w:rsidRPr="00ED57DA" w:rsidRDefault="00314F92">
      <w:pPr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D57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Podpis autora/autorki / autora korespondencyjnego: </w:t>
      </w:r>
    </w:p>
    <w:sectPr w:rsidR="00622C05" w:rsidRPr="00ED57DA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30584" w14:textId="77777777" w:rsidR="00314F92" w:rsidRDefault="00314F92" w:rsidP="001D2495">
      <w:pPr>
        <w:spacing w:after="0" w:line="240" w:lineRule="auto"/>
      </w:pPr>
      <w:r>
        <w:separator/>
      </w:r>
    </w:p>
  </w:endnote>
  <w:endnote w:type="continuationSeparator" w:id="0">
    <w:p w14:paraId="15F5FE62" w14:textId="77777777" w:rsidR="00314F92" w:rsidRDefault="00314F92" w:rsidP="001D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2047811"/>
      <w:docPartObj>
        <w:docPartGallery w:val="Page Numbers (Bottom of Page)"/>
        <w:docPartUnique/>
      </w:docPartObj>
    </w:sdtPr>
    <w:sdtEndPr/>
    <w:sdtContent>
      <w:p w14:paraId="40E2061E" w14:textId="5B912204" w:rsidR="001D2495" w:rsidRDefault="001D249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31B4123" w14:textId="77777777" w:rsidR="001D2495" w:rsidRDefault="001D24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64F2C" w14:textId="77777777" w:rsidR="00314F92" w:rsidRDefault="00314F92" w:rsidP="001D2495">
      <w:pPr>
        <w:spacing w:after="0" w:line="240" w:lineRule="auto"/>
      </w:pPr>
      <w:r>
        <w:separator/>
      </w:r>
    </w:p>
  </w:footnote>
  <w:footnote w:type="continuationSeparator" w:id="0">
    <w:p w14:paraId="7D4320F1" w14:textId="77777777" w:rsidR="00314F92" w:rsidRDefault="00314F92" w:rsidP="001D2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FF55C15"/>
    <w:multiLevelType w:val="hybridMultilevel"/>
    <w:tmpl w:val="57CA685A"/>
    <w:lvl w:ilvl="0" w:tplc="96EE8E4A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182653">
    <w:abstractNumId w:val="8"/>
  </w:num>
  <w:num w:numId="2" w16cid:durableId="259680362">
    <w:abstractNumId w:val="6"/>
  </w:num>
  <w:num w:numId="3" w16cid:durableId="1117796798">
    <w:abstractNumId w:val="5"/>
  </w:num>
  <w:num w:numId="4" w16cid:durableId="1266185225">
    <w:abstractNumId w:val="4"/>
  </w:num>
  <w:num w:numId="5" w16cid:durableId="828251761">
    <w:abstractNumId w:val="7"/>
  </w:num>
  <w:num w:numId="6" w16cid:durableId="517086273">
    <w:abstractNumId w:val="3"/>
  </w:num>
  <w:num w:numId="7" w16cid:durableId="955480330">
    <w:abstractNumId w:val="2"/>
  </w:num>
  <w:num w:numId="8" w16cid:durableId="84032932">
    <w:abstractNumId w:val="1"/>
  </w:num>
  <w:num w:numId="9" w16cid:durableId="2017269399">
    <w:abstractNumId w:val="0"/>
  </w:num>
  <w:num w:numId="10" w16cid:durableId="803080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2495"/>
    <w:rsid w:val="0029639D"/>
    <w:rsid w:val="00314F92"/>
    <w:rsid w:val="00326F90"/>
    <w:rsid w:val="004105C4"/>
    <w:rsid w:val="00554719"/>
    <w:rsid w:val="00622C05"/>
    <w:rsid w:val="007C5EB0"/>
    <w:rsid w:val="00AA1D8D"/>
    <w:rsid w:val="00B47730"/>
    <w:rsid w:val="00C1655F"/>
    <w:rsid w:val="00CB0664"/>
    <w:rsid w:val="00ED57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999361"/>
  <w14:defaultImageDpi w14:val="300"/>
  <w15:docId w15:val="{DB0A20D6-83D0-436C-A03E-7010A5C2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Justyna Siemionow</cp:lastModifiedBy>
  <cp:revision>2</cp:revision>
  <dcterms:created xsi:type="dcterms:W3CDTF">2026-10-01T10:36:00Z</dcterms:created>
  <dcterms:modified xsi:type="dcterms:W3CDTF">2026-10-01T10:36:00Z</dcterms:modified>
  <cp:category/>
</cp:coreProperties>
</file>